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Hunter Valley Vineyards Are 3.2 °C Warmer Than Those in Rioja</w:t>
      </w:r>
    </w:p>
    <w:p>
      <w:r>
        <w:t>The interactive map charts more than 4.3 million vineyards, 691 of them in the Hunter Valley.</w:t>
      </w:r>
    </w:p>
    <w:p>
      <w:r>
        <w:t>World Winery Map, the newly launched wine map of the world, maps 223 wineries and 691 vineyards from the Hunter Valley. Hunter Valley vineyards sit at an average elevation of 92 metres and are 3.2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Australia were taken from the Wine Geographical Indications published by Wine Australia, which defines 105 wine areas for Australia.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Hunter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